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1DB74" w14:textId="77777777" w:rsidR="00080090" w:rsidRPr="00C034A1" w:rsidRDefault="00000000" w:rsidP="001A7CAE">
      <w:pPr>
        <w:rPr>
          <w:rFonts w:ascii="Times New Roman" w:hAnsi="Times New Roman" w:cs="Times New Roman"/>
        </w:rPr>
      </w:pPr>
      <w:r w:rsidRPr="00C034A1">
        <w:rPr>
          <w:rFonts w:ascii="Times New Roman" w:hAnsi="Times New Roman" w:cs="Times New Roman"/>
          <w:sz w:val="36"/>
        </w:rPr>
        <w:t>Title of your submission</w:t>
      </w:r>
    </w:p>
    <w:p w14:paraId="065CD360" w14:textId="77777777" w:rsidR="00080090" w:rsidRPr="00C034A1" w:rsidRDefault="00000000">
      <w:pPr>
        <w:rPr>
          <w:rFonts w:ascii="Times New Roman" w:hAnsi="Times New Roman" w:cs="Times New Roman"/>
        </w:rPr>
      </w:pPr>
      <w:r w:rsidRPr="00C034A1">
        <w:rPr>
          <w:rFonts w:ascii="Times New Roman" w:hAnsi="Times New Roman" w:cs="Times New Roman"/>
        </w:rPr>
        <w:t xml:space="preserve">Author </w:t>
      </w:r>
      <w:proofErr w:type="gramStart"/>
      <w:r w:rsidRPr="00C034A1">
        <w:rPr>
          <w:rFonts w:ascii="Times New Roman" w:hAnsi="Times New Roman" w:cs="Times New Roman"/>
        </w:rPr>
        <w:t>One</w:t>
      </w:r>
      <w:r w:rsidRPr="00C034A1">
        <w:rPr>
          <w:rFonts w:ascii="Times New Roman" w:hAnsi="Times New Roman" w:cs="Times New Roman"/>
          <w:vertAlign w:val="superscript"/>
        </w:rPr>
        <w:t>a,</w:t>
      </w:r>
      <w:r w:rsidRPr="00C034A1">
        <w:rPr>
          <w:rFonts w:ascii="Times New Roman" w:hAnsi="Times New Roman" w:cs="Times New Roman"/>
        </w:rPr>
        <w:t>*</w:t>
      </w:r>
      <w:proofErr w:type="gramEnd"/>
      <w:r w:rsidRPr="00C034A1">
        <w:rPr>
          <w:rFonts w:ascii="Times New Roman" w:hAnsi="Times New Roman" w:cs="Times New Roman"/>
        </w:rPr>
        <w:t xml:space="preserve"> , Author Two</w:t>
      </w:r>
      <w:r w:rsidRPr="00C034A1">
        <w:rPr>
          <w:rFonts w:ascii="Times New Roman" w:hAnsi="Times New Roman" w:cs="Times New Roman"/>
          <w:vertAlign w:val="superscript"/>
        </w:rPr>
        <w:t>b</w:t>
      </w:r>
    </w:p>
    <w:p w14:paraId="3225C25F" w14:textId="4896C2D3" w:rsidR="00080090" w:rsidRPr="00C034A1" w:rsidRDefault="00000000" w:rsidP="00734283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C034A1">
        <w:rPr>
          <w:rFonts w:ascii="Times New Roman" w:hAnsi="Times New Roman" w:cs="Times New Roman"/>
          <w:i/>
          <w:sz w:val="20"/>
          <w:vertAlign w:val="superscript"/>
        </w:rPr>
        <w:t>a</w:t>
      </w:r>
      <w:r w:rsidR="00734283">
        <w:rPr>
          <w:rFonts w:ascii="Times New Roman" w:hAnsi="Times New Roman" w:cs="Times New Roman"/>
          <w:i/>
          <w:sz w:val="20"/>
          <w:vertAlign w:val="superscript"/>
        </w:rPr>
        <w:t xml:space="preserve"> </w:t>
      </w:r>
      <w:r w:rsidRPr="00C034A1">
        <w:rPr>
          <w:rFonts w:ascii="Times New Roman" w:hAnsi="Times New Roman" w:cs="Times New Roman"/>
          <w:i/>
          <w:sz w:val="20"/>
        </w:rPr>
        <w:t>Department</w:t>
      </w:r>
      <w:proofErr w:type="gramEnd"/>
      <w:r w:rsidRPr="00C034A1">
        <w:rPr>
          <w:rFonts w:ascii="Times New Roman" w:hAnsi="Times New Roman" w:cs="Times New Roman"/>
          <w:i/>
          <w:sz w:val="20"/>
        </w:rPr>
        <w:t xml:space="preserve"> of Mechanical &amp; Aerospace Engineering, University One, USA</w:t>
      </w:r>
    </w:p>
    <w:p w14:paraId="6D9E8EB3" w14:textId="5ABD061F" w:rsidR="00080090" w:rsidRPr="00C034A1" w:rsidRDefault="00000000" w:rsidP="00734283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i/>
          <w:sz w:val="20"/>
        </w:rPr>
      </w:pPr>
      <w:r w:rsidRPr="00C034A1">
        <w:rPr>
          <w:rFonts w:ascii="Times New Roman" w:hAnsi="Times New Roman" w:cs="Times New Roman"/>
          <w:i/>
          <w:sz w:val="20"/>
          <w:vertAlign w:val="superscript"/>
        </w:rPr>
        <w:t>b</w:t>
      </w:r>
      <w:r w:rsidR="00734283">
        <w:rPr>
          <w:rFonts w:ascii="Times New Roman" w:hAnsi="Times New Roman" w:cs="Times New Roman"/>
          <w:i/>
          <w:sz w:val="20"/>
          <w:vertAlign w:val="superscript"/>
        </w:rPr>
        <w:t xml:space="preserve"> </w:t>
      </w:r>
      <w:r w:rsidRPr="00C034A1">
        <w:rPr>
          <w:rFonts w:ascii="Times New Roman" w:hAnsi="Times New Roman" w:cs="Times New Roman"/>
          <w:i/>
          <w:sz w:val="20"/>
        </w:rPr>
        <w:t>Department of Mechanical &amp; Aerospace Engineering, University Two, USA</w:t>
      </w:r>
    </w:p>
    <w:p w14:paraId="154765B5" w14:textId="77777777" w:rsidR="001A7CAE" w:rsidRPr="00C034A1" w:rsidRDefault="001A7CAE">
      <w:pPr>
        <w:pBdr>
          <w:bottom w:val="single" w:sz="6" w:space="1" w:color="auto"/>
        </w:pBdr>
        <w:rPr>
          <w:rFonts w:ascii="Times New Roman" w:hAnsi="Times New Roman" w:cs="Times New Roman"/>
        </w:rPr>
      </w:pPr>
    </w:p>
    <w:p w14:paraId="72FF3BF1" w14:textId="625B8A14" w:rsidR="00080090" w:rsidRPr="00C034A1" w:rsidRDefault="00000000">
      <w:pPr>
        <w:rPr>
          <w:rFonts w:ascii="Times New Roman" w:hAnsi="Times New Roman" w:cs="Times New Roman"/>
        </w:rPr>
      </w:pPr>
      <w:r w:rsidRPr="00C034A1">
        <w:rPr>
          <w:rFonts w:ascii="Times New Roman" w:hAnsi="Times New Roman" w:cs="Times New Roman"/>
          <w:b/>
        </w:rPr>
        <w:t>Abstract</w:t>
      </w:r>
    </w:p>
    <w:p w14:paraId="44AB78F9" w14:textId="77777777" w:rsidR="00080090" w:rsidRPr="00C034A1" w:rsidRDefault="00000000">
      <w:pPr>
        <w:rPr>
          <w:rFonts w:ascii="Times New Roman" w:hAnsi="Times New Roman" w:cs="Times New Roman"/>
        </w:rPr>
      </w:pPr>
      <w:r w:rsidRPr="00C034A1">
        <w:rPr>
          <w:rFonts w:ascii="Times New Roman" w:hAnsi="Times New Roman" w:cs="Times New Roman"/>
        </w:rPr>
        <w:t>Your abstract goes here. Use [1] to cite papers.</w:t>
      </w:r>
    </w:p>
    <w:p w14:paraId="014CBC02" w14:textId="77777777" w:rsidR="00080090" w:rsidRPr="00C034A1" w:rsidRDefault="00000000">
      <w:pPr>
        <w:pBdr>
          <w:bottom w:val="single" w:sz="6" w:space="1" w:color="auto"/>
        </w:pBdr>
        <w:rPr>
          <w:rFonts w:ascii="Times New Roman" w:hAnsi="Times New Roman" w:cs="Times New Roman"/>
        </w:rPr>
      </w:pPr>
      <w:r w:rsidRPr="00C034A1">
        <w:rPr>
          <w:rFonts w:ascii="Times New Roman" w:hAnsi="Times New Roman" w:cs="Times New Roman"/>
          <w:i/>
        </w:rPr>
        <w:t xml:space="preserve">Keywords: </w:t>
      </w:r>
      <w:r w:rsidRPr="00C034A1">
        <w:rPr>
          <w:rFonts w:ascii="Times New Roman" w:hAnsi="Times New Roman" w:cs="Times New Roman"/>
        </w:rPr>
        <w:t>ablation, thermal protection systems</w:t>
      </w:r>
    </w:p>
    <w:p w14:paraId="4A2477BB" w14:textId="57C7FFBB" w:rsidR="00080090" w:rsidRPr="00C034A1" w:rsidRDefault="00000000">
      <w:pPr>
        <w:jc w:val="center"/>
        <w:rPr>
          <w:rFonts w:ascii="Times New Roman" w:hAnsi="Times New Roman" w:cs="Times New Roman"/>
        </w:rPr>
      </w:pPr>
      <w:r w:rsidRPr="00C034A1">
        <w:rPr>
          <w:rFonts w:ascii="Times New Roman" w:hAnsi="Times New Roman" w:cs="Times New Roman"/>
        </w:rPr>
        <w:br/>
      </w:r>
      <w:r w:rsidRPr="00C034A1">
        <w:rPr>
          <w:rFonts w:ascii="Times New Roman" w:hAnsi="Times New Roman" w:cs="Times New Roman"/>
        </w:rPr>
        <w:br/>
      </w:r>
      <w:proofErr w:type="gramStart"/>
      <w:r w:rsidRPr="00C034A1">
        <w:rPr>
          <w:rFonts w:ascii="Times New Roman" w:hAnsi="Times New Roman" w:cs="Times New Roman"/>
        </w:rPr>
        <w:t>[ Figure</w:t>
      </w:r>
      <w:proofErr w:type="gramEnd"/>
      <w:r w:rsidRPr="00C034A1">
        <w:rPr>
          <w:rFonts w:ascii="Times New Roman" w:hAnsi="Times New Roman" w:cs="Times New Roman"/>
        </w:rPr>
        <w:t xml:space="preserve"> </w:t>
      </w:r>
      <w:proofErr w:type="gramStart"/>
      <w:r w:rsidRPr="00C034A1">
        <w:rPr>
          <w:rFonts w:ascii="Times New Roman" w:hAnsi="Times New Roman" w:cs="Times New Roman"/>
        </w:rPr>
        <w:t>Placeholder ]</w:t>
      </w:r>
      <w:proofErr w:type="gramEnd"/>
      <w:r w:rsidRPr="00C034A1">
        <w:rPr>
          <w:rFonts w:ascii="Times New Roman" w:hAnsi="Times New Roman" w:cs="Times New Roman"/>
        </w:rPr>
        <w:br/>
      </w:r>
      <w:r w:rsidRPr="00C034A1">
        <w:rPr>
          <w:rFonts w:ascii="Times New Roman" w:hAnsi="Times New Roman" w:cs="Times New Roman"/>
        </w:rPr>
        <w:br/>
      </w:r>
    </w:p>
    <w:p w14:paraId="741221AA" w14:textId="77777777" w:rsidR="00080090" w:rsidRPr="00C034A1" w:rsidRDefault="00000000">
      <w:pPr>
        <w:jc w:val="center"/>
        <w:rPr>
          <w:rFonts w:ascii="Times New Roman" w:hAnsi="Times New Roman" w:cs="Times New Roman"/>
        </w:rPr>
      </w:pPr>
      <w:r w:rsidRPr="00C034A1">
        <w:rPr>
          <w:rFonts w:ascii="Times New Roman" w:hAnsi="Times New Roman" w:cs="Times New Roman"/>
        </w:rPr>
        <w:t>Figure 1: Example of a figure</w:t>
      </w:r>
    </w:p>
    <w:p w14:paraId="76A263B3" w14:textId="77777777" w:rsidR="00080090" w:rsidRPr="00C034A1" w:rsidRDefault="00080090">
      <w:pPr>
        <w:rPr>
          <w:rFonts w:ascii="Times New Roman" w:hAnsi="Times New Roman" w:cs="Times New Roman"/>
        </w:rPr>
      </w:pPr>
    </w:p>
    <w:p w14:paraId="4ED7CE6D" w14:textId="77777777" w:rsidR="00080090" w:rsidRPr="00C034A1" w:rsidRDefault="00000000">
      <w:pPr>
        <w:rPr>
          <w:rFonts w:ascii="Times New Roman" w:hAnsi="Times New Roman" w:cs="Times New Roman"/>
        </w:rPr>
      </w:pPr>
      <w:r w:rsidRPr="00C034A1">
        <w:rPr>
          <w:rFonts w:ascii="Times New Roman" w:hAnsi="Times New Roman" w:cs="Times New Roman"/>
          <w:b/>
        </w:rPr>
        <w:t>References</w:t>
      </w:r>
    </w:p>
    <w:p w14:paraId="481703F0" w14:textId="77777777" w:rsidR="00080090" w:rsidRPr="00C034A1" w:rsidRDefault="00000000">
      <w:pPr>
        <w:rPr>
          <w:rFonts w:ascii="Times New Roman" w:hAnsi="Times New Roman" w:cs="Times New Roman"/>
        </w:rPr>
      </w:pPr>
      <w:r w:rsidRPr="00C034A1">
        <w:rPr>
          <w:rFonts w:ascii="Times New Roman" w:hAnsi="Times New Roman" w:cs="Times New Roman"/>
        </w:rPr>
        <w:t>[1] J. Lachaud, A. Martin, I. Cozmuta, B. Laub, Ablation Test Case 1, in: 4th Ablation Workshop, Albuquerque, New Mexico, 2011.</w:t>
      </w:r>
    </w:p>
    <w:p w14:paraId="35FEEDF2" w14:textId="0984A85B" w:rsidR="00C034A1" w:rsidRPr="00C034A1" w:rsidRDefault="00000000">
      <w:pPr>
        <w:rPr>
          <w:rFonts w:ascii="Times New Roman" w:hAnsi="Times New Roman" w:cs="Times New Roman"/>
        </w:rPr>
      </w:pPr>
      <w:r w:rsidRPr="00C034A1">
        <w:rPr>
          <w:rFonts w:ascii="Times New Roman" w:hAnsi="Times New Roman" w:cs="Times New Roman"/>
        </w:rPr>
        <w:br/>
      </w:r>
    </w:p>
    <w:p w14:paraId="243B1440" w14:textId="58867A94" w:rsidR="00080090" w:rsidRPr="00C034A1" w:rsidRDefault="00080090">
      <w:pPr>
        <w:rPr>
          <w:rFonts w:ascii="Times New Roman" w:hAnsi="Times New Roman" w:cs="Times New Roman"/>
        </w:rPr>
      </w:pPr>
    </w:p>
    <w:sectPr w:rsidR="00080090" w:rsidRPr="00C034A1" w:rsidSect="00C034A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0" w:right="960" w:bottom="1200" w:left="96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8B05FC" w14:textId="77777777" w:rsidR="00C926D5" w:rsidRDefault="00C926D5">
      <w:pPr>
        <w:spacing w:after="0" w:line="240" w:lineRule="auto"/>
      </w:pPr>
      <w:r>
        <w:separator/>
      </w:r>
    </w:p>
  </w:endnote>
  <w:endnote w:type="continuationSeparator" w:id="0">
    <w:p w14:paraId="4102CB54" w14:textId="77777777" w:rsidR="00C926D5" w:rsidRDefault="00C926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6174A" w14:textId="77777777" w:rsidR="006C61B8" w:rsidRDefault="006C61B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9CBE4" w14:textId="77777777" w:rsidR="006C61B8" w:rsidRDefault="006C61B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B560A" w14:textId="77777777" w:rsidR="00C034A1" w:rsidRDefault="00C034A1" w:rsidP="00C034A1">
    <w:pPr>
      <w:pBdr>
        <w:bottom w:val="single" w:sz="6" w:space="1" w:color="auto"/>
      </w:pBdr>
    </w:pPr>
  </w:p>
  <w:p w14:paraId="78E0A21C" w14:textId="77777777" w:rsidR="00C034A1" w:rsidRPr="006C61B8" w:rsidRDefault="00C034A1" w:rsidP="006C61B8">
    <w:pPr>
      <w:spacing w:after="0" w:line="240" w:lineRule="auto"/>
      <w:rPr>
        <w:sz w:val="20"/>
        <w:szCs w:val="20"/>
      </w:rPr>
    </w:pPr>
    <w:r w:rsidRPr="006C61B8">
      <w:rPr>
        <w:sz w:val="20"/>
        <w:szCs w:val="20"/>
      </w:rPr>
      <w:t>*Corresponding author.</w:t>
    </w:r>
  </w:p>
  <w:p w14:paraId="5CB7FC43" w14:textId="77777777" w:rsidR="00C034A1" w:rsidRPr="006C61B8" w:rsidRDefault="00C034A1" w:rsidP="006C61B8">
    <w:pPr>
      <w:spacing w:after="240" w:line="240" w:lineRule="auto"/>
      <w:rPr>
        <w:sz w:val="20"/>
        <w:szCs w:val="20"/>
      </w:rPr>
    </w:pPr>
    <w:r w:rsidRPr="006C61B8">
      <w:rPr>
        <w:i/>
        <w:sz w:val="20"/>
        <w:szCs w:val="20"/>
      </w:rPr>
      <w:t>Email address: placeholder@placeholder.com (Author One)</w:t>
    </w:r>
  </w:p>
  <w:p w14:paraId="1D74D2FF" w14:textId="2AA0163F" w:rsidR="00C034A1" w:rsidRPr="006C61B8" w:rsidRDefault="00C034A1" w:rsidP="006C61B8">
    <w:pPr>
      <w:pStyle w:val="Footer"/>
      <w:rPr>
        <w:i/>
        <w:iCs/>
        <w:sz w:val="20"/>
        <w:szCs w:val="20"/>
      </w:rPr>
    </w:pPr>
    <w:r w:rsidRPr="006C61B8">
      <w:rPr>
        <w:i/>
        <w:iCs/>
        <w:sz w:val="20"/>
        <w:szCs w:val="20"/>
      </w:rPr>
      <w:t>Preprint submitted to Proceedings of the 16th Ablation Workshop</w:t>
    </w:r>
    <w:r w:rsidRPr="006C61B8">
      <w:rPr>
        <w:i/>
        <w:iCs/>
        <w:sz w:val="20"/>
        <w:szCs w:val="20"/>
      </w:rPr>
      <w:tab/>
      <w:t>Month Day,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F946B6" w14:textId="77777777" w:rsidR="00C926D5" w:rsidRDefault="00C926D5">
      <w:pPr>
        <w:spacing w:after="0" w:line="240" w:lineRule="auto"/>
      </w:pPr>
      <w:r>
        <w:separator/>
      </w:r>
    </w:p>
  </w:footnote>
  <w:footnote w:type="continuationSeparator" w:id="0">
    <w:p w14:paraId="7B1FB88D" w14:textId="77777777" w:rsidR="00C926D5" w:rsidRDefault="00C926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CAA88" w14:textId="77777777" w:rsidR="006C61B8" w:rsidRDefault="006C61B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87638" w14:textId="77777777" w:rsidR="006C61B8" w:rsidRDefault="006C61B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3D8E3" w14:textId="77777777" w:rsidR="006C61B8" w:rsidRDefault="006C61B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24995023">
    <w:abstractNumId w:val="8"/>
  </w:num>
  <w:num w:numId="2" w16cid:durableId="284193697">
    <w:abstractNumId w:val="6"/>
  </w:num>
  <w:num w:numId="3" w16cid:durableId="1859464715">
    <w:abstractNumId w:val="5"/>
  </w:num>
  <w:num w:numId="4" w16cid:durableId="1613592010">
    <w:abstractNumId w:val="4"/>
  </w:num>
  <w:num w:numId="5" w16cid:durableId="65736853">
    <w:abstractNumId w:val="7"/>
  </w:num>
  <w:num w:numId="6" w16cid:durableId="1654796713">
    <w:abstractNumId w:val="3"/>
  </w:num>
  <w:num w:numId="7" w16cid:durableId="328365691">
    <w:abstractNumId w:val="2"/>
  </w:num>
  <w:num w:numId="8" w16cid:durableId="119998321">
    <w:abstractNumId w:val="1"/>
  </w:num>
  <w:num w:numId="9" w16cid:durableId="827747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80090"/>
    <w:rsid w:val="0015074B"/>
    <w:rsid w:val="001A7CAE"/>
    <w:rsid w:val="0029639D"/>
    <w:rsid w:val="00326F90"/>
    <w:rsid w:val="00681788"/>
    <w:rsid w:val="006C61B8"/>
    <w:rsid w:val="00734283"/>
    <w:rsid w:val="00AA1D8D"/>
    <w:rsid w:val="00B47730"/>
    <w:rsid w:val="00C034A1"/>
    <w:rsid w:val="00C926D5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5CA303"/>
  <w14:defaultImageDpi w14:val="300"/>
  <w15:docId w15:val="{04178A45-2FF3-475E-A82F-E87733C20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502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Francisco Torres Herrador</cp:lastModifiedBy>
  <cp:revision>5</cp:revision>
  <dcterms:created xsi:type="dcterms:W3CDTF">2013-12-23T23:15:00Z</dcterms:created>
  <dcterms:modified xsi:type="dcterms:W3CDTF">2026-06-10T22:18:00Z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7c1abdad-274d-4c37-8db9-3d0e416458d3</vt:lpwstr>
  </property>
</Properties>
</file>